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26113" w14:textId="77777777" w:rsidR="00095534" w:rsidRDefault="00255584">
      <w:pPr>
        <w:pStyle w:val="aa"/>
        <w:jc w:val="center"/>
      </w:pPr>
      <w:r>
        <w:t>Department Chair Nomination Form</w:t>
      </w:r>
    </w:p>
    <w:p w14:paraId="6F72C9FA" w14:textId="77777777" w:rsidR="00095534" w:rsidRDefault="00255584">
      <w:pPr>
        <w:jc w:val="center"/>
      </w:pPr>
      <w:r>
        <w:t>Department of Finance</w:t>
      </w:r>
      <w:r>
        <w:br/>
        <w:t>College of Management</w:t>
      </w:r>
      <w:r>
        <w:br/>
        <w:t>National Chung Cheng University</w:t>
      </w:r>
    </w:p>
    <w:p w14:paraId="21BB5EE1" w14:textId="77777777" w:rsidR="00095534" w:rsidRDefault="00255584">
      <w:pPr>
        <w:pStyle w:val="1"/>
      </w:pPr>
      <w:r>
        <w:t>1  Nominee</w:t>
      </w:r>
    </w:p>
    <w:tbl>
      <w:tblPr>
        <w:tblW w:w="10456" w:type="dxa"/>
        <w:tblLayout w:type="fixed"/>
        <w:tblLook w:val="04A0" w:firstRow="1" w:lastRow="0" w:firstColumn="1" w:lastColumn="0" w:noHBand="0" w:noVBand="1"/>
      </w:tblPr>
      <w:tblGrid>
        <w:gridCol w:w="2518"/>
        <w:gridCol w:w="2410"/>
        <w:gridCol w:w="5528"/>
      </w:tblGrid>
      <w:tr w:rsidR="00095534" w14:paraId="213C5777" w14:textId="77777777" w:rsidTr="00B82520">
        <w:tc>
          <w:tcPr>
            <w:tcW w:w="2518"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C339650" w14:textId="77777777" w:rsidR="00095534" w:rsidRDefault="00255584">
            <w:pPr>
              <w:spacing w:before="20" w:after="20"/>
            </w:pPr>
            <w:r>
              <w:rPr>
                <w:b/>
              </w:rPr>
              <w:t>Name</w:t>
            </w:r>
          </w:p>
        </w:tc>
        <w:tc>
          <w:tcPr>
            <w:tcW w:w="2410"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521A33DB" w14:textId="77777777" w:rsidR="00095534" w:rsidRDefault="00255584">
            <w:pPr>
              <w:spacing w:before="20" w:after="20"/>
            </w:pPr>
            <w:r>
              <w:rPr>
                <w:b/>
              </w:rPr>
              <w:t>Institution</w:t>
            </w:r>
          </w:p>
        </w:tc>
        <w:tc>
          <w:tcPr>
            <w:tcW w:w="5528"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52444C9F" w14:textId="77777777" w:rsidR="00095534" w:rsidRDefault="00255584">
            <w:pPr>
              <w:spacing w:before="20" w:after="20"/>
            </w:pPr>
            <w:r>
              <w:rPr>
                <w:b/>
              </w:rPr>
              <w:t>Position and rank</w:t>
            </w:r>
          </w:p>
        </w:tc>
      </w:tr>
      <w:tr w:rsidR="00095534" w14:paraId="3EA4FEB0" w14:textId="77777777" w:rsidTr="00B82520">
        <w:trPr>
          <w:trHeight w:val="720"/>
        </w:trPr>
        <w:tc>
          <w:tcPr>
            <w:tcW w:w="2518" w:type="dxa"/>
            <w:tcBorders>
              <w:top w:val="single" w:sz="4" w:space="0" w:color="D9D9D9"/>
              <w:left w:val="single" w:sz="4" w:space="0" w:color="D9D9D9"/>
              <w:bottom w:val="single" w:sz="4" w:space="0" w:color="D9D9D9"/>
              <w:right w:val="single" w:sz="4" w:space="0" w:color="D9D9D9"/>
            </w:tcBorders>
            <w:vAlign w:val="center"/>
          </w:tcPr>
          <w:p w14:paraId="22F432B2" w14:textId="77777777" w:rsidR="00095534" w:rsidRDefault="00095534">
            <w:pPr>
              <w:spacing w:before="20" w:after="20"/>
            </w:pPr>
          </w:p>
        </w:tc>
        <w:tc>
          <w:tcPr>
            <w:tcW w:w="2410" w:type="dxa"/>
            <w:tcBorders>
              <w:top w:val="single" w:sz="4" w:space="0" w:color="D9D9D9"/>
              <w:left w:val="single" w:sz="4" w:space="0" w:color="D9D9D9"/>
              <w:bottom w:val="single" w:sz="4" w:space="0" w:color="D9D9D9"/>
              <w:right w:val="single" w:sz="4" w:space="0" w:color="D9D9D9"/>
            </w:tcBorders>
            <w:vAlign w:val="center"/>
          </w:tcPr>
          <w:p w14:paraId="0D498E90" w14:textId="77777777" w:rsidR="00095534" w:rsidRDefault="00095534">
            <w:pPr>
              <w:spacing w:before="20" w:after="20"/>
            </w:pPr>
          </w:p>
        </w:tc>
        <w:tc>
          <w:tcPr>
            <w:tcW w:w="5528" w:type="dxa"/>
            <w:tcBorders>
              <w:top w:val="single" w:sz="4" w:space="0" w:color="D9D9D9"/>
              <w:left w:val="single" w:sz="4" w:space="0" w:color="D9D9D9"/>
              <w:bottom w:val="single" w:sz="4" w:space="0" w:color="D9D9D9"/>
              <w:right w:val="single" w:sz="4" w:space="0" w:color="D9D9D9"/>
            </w:tcBorders>
            <w:vAlign w:val="center"/>
          </w:tcPr>
          <w:p w14:paraId="59EEF11E" w14:textId="77777777" w:rsidR="00095534" w:rsidRDefault="00095534">
            <w:pPr>
              <w:spacing w:before="20" w:after="20"/>
            </w:pPr>
          </w:p>
        </w:tc>
      </w:tr>
    </w:tbl>
    <w:p w14:paraId="5ACB8A44" w14:textId="77777777" w:rsidR="00095534" w:rsidRDefault="00255584">
      <w:pPr>
        <w:pStyle w:val="1"/>
      </w:pPr>
      <w:proofErr w:type="gramStart"/>
      <w:r>
        <w:t>2  Reasons</w:t>
      </w:r>
      <w:proofErr w:type="gramEnd"/>
      <w:r>
        <w:t xml:space="preserve"> for Nomination</w:t>
      </w:r>
    </w:p>
    <w:tbl>
      <w:tblPr>
        <w:tblW w:w="10456" w:type="dxa"/>
        <w:tblLayout w:type="fixed"/>
        <w:tblLook w:val="04A0" w:firstRow="1" w:lastRow="0" w:firstColumn="1" w:lastColumn="0" w:noHBand="0" w:noVBand="1"/>
      </w:tblPr>
      <w:tblGrid>
        <w:gridCol w:w="10456"/>
      </w:tblGrid>
      <w:tr w:rsidR="00095534" w14:paraId="63ECB3D0" w14:textId="77777777" w:rsidTr="00B82520">
        <w:tc>
          <w:tcPr>
            <w:tcW w:w="10456"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D8434DC" w14:textId="77777777" w:rsidR="00095534" w:rsidRDefault="00255584">
            <w:pPr>
              <w:spacing w:before="20" w:after="20"/>
            </w:pPr>
            <w:r>
              <w:rPr>
                <w:b/>
              </w:rPr>
              <w:t>Please state your reasons for nominating the candidate</w:t>
            </w:r>
          </w:p>
        </w:tc>
      </w:tr>
      <w:tr w:rsidR="00095534" w14:paraId="453678D2" w14:textId="77777777" w:rsidTr="00B82520">
        <w:trPr>
          <w:trHeight w:val="3744"/>
        </w:trPr>
        <w:tc>
          <w:tcPr>
            <w:tcW w:w="10456" w:type="dxa"/>
            <w:tcBorders>
              <w:top w:val="single" w:sz="4" w:space="0" w:color="D9D9D9"/>
              <w:left w:val="single" w:sz="4" w:space="0" w:color="D9D9D9"/>
              <w:bottom w:val="single" w:sz="4" w:space="0" w:color="D9D9D9"/>
              <w:right w:val="single" w:sz="4" w:space="0" w:color="D9D9D9"/>
            </w:tcBorders>
            <w:vAlign w:val="center"/>
          </w:tcPr>
          <w:p w14:paraId="0ABB0EE1" w14:textId="77777777" w:rsidR="00095534" w:rsidRDefault="00095534">
            <w:pPr>
              <w:spacing w:before="20" w:after="20"/>
            </w:pPr>
          </w:p>
        </w:tc>
      </w:tr>
    </w:tbl>
    <w:p w14:paraId="55C5FB23" w14:textId="77777777" w:rsidR="00095534" w:rsidRDefault="00255584">
      <w:pPr>
        <w:pStyle w:val="1"/>
      </w:pPr>
      <w:proofErr w:type="gramStart"/>
      <w:r>
        <w:t>3  Nominator</w:t>
      </w:r>
      <w:proofErr w:type="gramEnd"/>
      <w:r>
        <w:t xml:space="preserve"> Information</w:t>
      </w:r>
    </w:p>
    <w:tbl>
      <w:tblPr>
        <w:tblW w:w="10456" w:type="dxa"/>
        <w:tblLayout w:type="fixed"/>
        <w:tblLook w:val="04A0" w:firstRow="1" w:lastRow="0" w:firstColumn="1" w:lastColumn="0" w:noHBand="0" w:noVBand="1"/>
      </w:tblPr>
      <w:tblGrid>
        <w:gridCol w:w="4802"/>
        <w:gridCol w:w="5654"/>
      </w:tblGrid>
      <w:tr w:rsidR="00095534" w14:paraId="13D2B447" w14:textId="77777777" w:rsidTr="00B82520">
        <w:tc>
          <w:tcPr>
            <w:tcW w:w="4802"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740484E" w14:textId="77777777" w:rsidR="00095534" w:rsidRDefault="00255584">
            <w:pPr>
              <w:spacing w:before="20" w:after="20"/>
            </w:pPr>
            <w:r>
              <w:rPr>
                <w:b/>
              </w:rPr>
              <w:t>Field</w:t>
            </w:r>
          </w:p>
        </w:tc>
        <w:tc>
          <w:tcPr>
            <w:tcW w:w="5654"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6822A2F6" w14:textId="77777777" w:rsidR="00095534" w:rsidRDefault="00255584">
            <w:pPr>
              <w:spacing w:before="20" w:after="20"/>
            </w:pPr>
            <w:r>
              <w:rPr>
                <w:b/>
              </w:rPr>
              <w:t>Information</w:t>
            </w:r>
          </w:p>
        </w:tc>
      </w:tr>
      <w:tr w:rsidR="00095534" w14:paraId="6CED1887"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155AB367" w14:textId="77777777" w:rsidR="00095534" w:rsidRDefault="00255584">
            <w:r>
              <w:t>Name</w:t>
            </w:r>
          </w:p>
        </w:tc>
        <w:tc>
          <w:tcPr>
            <w:tcW w:w="5654" w:type="dxa"/>
            <w:tcBorders>
              <w:top w:val="single" w:sz="4" w:space="0" w:color="D9D9D9"/>
              <w:left w:val="single" w:sz="4" w:space="0" w:color="D9D9D9"/>
              <w:bottom w:val="single" w:sz="4" w:space="0" w:color="D9D9D9"/>
              <w:right w:val="single" w:sz="4" w:space="0" w:color="D9D9D9"/>
            </w:tcBorders>
            <w:vAlign w:val="center"/>
          </w:tcPr>
          <w:p w14:paraId="53A14551" w14:textId="77777777" w:rsidR="00095534" w:rsidRDefault="00095534"/>
        </w:tc>
      </w:tr>
      <w:tr w:rsidR="00095534" w14:paraId="5FD96E94"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5ED2E6A8" w14:textId="77777777" w:rsidR="00095534" w:rsidRDefault="00255584">
            <w:r>
              <w:t>Institution</w:t>
            </w:r>
          </w:p>
        </w:tc>
        <w:tc>
          <w:tcPr>
            <w:tcW w:w="5654" w:type="dxa"/>
            <w:tcBorders>
              <w:top w:val="single" w:sz="4" w:space="0" w:color="D9D9D9"/>
              <w:left w:val="single" w:sz="4" w:space="0" w:color="D9D9D9"/>
              <w:bottom w:val="single" w:sz="4" w:space="0" w:color="D9D9D9"/>
              <w:right w:val="single" w:sz="4" w:space="0" w:color="D9D9D9"/>
            </w:tcBorders>
            <w:vAlign w:val="center"/>
          </w:tcPr>
          <w:p w14:paraId="5BE79F5C" w14:textId="77777777" w:rsidR="00095534" w:rsidRDefault="00095534"/>
        </w:tc>
      </w:tr>
      <w:tr w:rsidR="00095534" w14:paraId="68A0596A"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3373FBA8" w14:textId="77777777" w:rsidR="00095534" w:rsidRDefault="00255584">
            <w:r>
              <w:t>Position and rank</w:t>
            </w:r>
          </w:p>
        </w:tc>
        <w:tc>
          <w:tcPr>
            <w:tcW w:w="5654" w:type="dxa"/>
            <w:tcBorders>
              <w:top w:val="single" w:sz="4" w:space="0" w:color="D9D9D9"/>
              <w:left w:val="single" w:sz="4" w:space="0" w:color="D9D9D9"/>
              <w:bottom w:val="single" w:sz="4" w:space="0" w:color="D9D9D9"/>
              <w:right w:val="single" w:sz="4" w:space="0" w:color="D9D9D9"/>
            </w:tcBorders>
            <w:vAlign w:val="center"/>
          </w:tcPr>
          <w:p w14:paraId="038A3859" w14:textId="77777777" w:rsidR="00095534" w:rsidRDefault="00095534"/>
        </w:tc>
      </w:tr>
      <w:tr w:rsidR="00095534" w14:paraId="0DF2C5F0"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6A93225A" w14:textId="77777777" w:rsidR="00095534" w:rsidRDefault="00255584">
            <w:r>
              <w:t>Mailing address</w:t>
            </w:r>
          </w:p>
        </w:tc>
        <w:tc>
          <w:tcPr>
            <w:tcW w:w="5654" w:type="dxa"/>
            <w:tcBorders>
              <w:top w:val="single" w:sz="4" w:space="0" w:color="D9D9D9"/>
              <w:left w:val="single" w:sz="4" w:space="0" w:color="D9D9D9"/>
              <w:bottom w:val="single" w:sz="4" w:space="0" w:color="D9D9D9"/>
              <w:right w:val="single" w:sz="4" w:space="0" w:color="D9D9D9"/>
            </w:tcBorders>
            <w:vAlign w:val="center"/>
          </w:tcPr>
          <w:p w14:paraId="2999D7A6" w14:textId="77777777" w:rsidR="00095534" w:rsidRDefault="00095534"/>
        </w:tc>
      </w:tr>
      <w:tr w:rsidR="00095534" w14:paraId="1E6BB42A"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35A0385E" w14:textId="77777777" w:rsidR="00095534" w:rsidRDefault="00255584">
            <w:r>
              <w:t>Email</w:t>
            </w:r>
          </w:p>
        </w:tc>
        <w:tc>
          <w:tcPr>
            <w:tcW w:w="5654" w:type="dxa"/>
            <w:tcBorders>
              <w:top w:val="single" w:sz="4" w:space="0" w:color="D9D9D9"/>
              <w:left w:val="single" w:sz="4" w:space="0" w:color="D9D9D9"/>
              <w:bottom w:val="single" w:sz="4" w:space="0" w:color="D9D9D9"/>
              <w:right w:val="single" w:sz="4" w:space="0" w:color="D9D9D9"/>
            </w:tcBorders>
            <w:vAlign w:val="center"/>
          </w:tcPr>
          <w:p w14:paraId="5E9F401E" w14:textId="77777777" w:rsidR="00095534" w:rsidRDefault="00095534"/>
        </w:tc>
      </w:tr>
      <w:tr w:rsidR="00095534" w14:paraId="747C8980"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24EB6D00" w14:textId="77777777" w:rsidR="00095534" w:rsidRDefault="00255584">
            <w:r>
              <w:t>Telephone</w:t>
            </w:r>
          </w:p>
        </w:tc>
        <w:tc>
          <w:tcPr>
            <w:tcW w:w="5654" w:type="dxa"/>
            <w:tcBorders>
              <w:top w:val="single" w:sz="4" w:space="0" w:color="D9D9D9"/>
              <w:left w:val="single" w:sz="4" w:space="0" w:color="D9D9D9"/>
              <w:bottom w:val="single" w:sz="4" w:space="0" w:color="D9D9D9"/>
              <w:right w:val="single" w:sz="4" w:space="0" w:color="D9D9D9"/>
            </w:tcBorders>
            <w:vAlign w:val="center"/>
          </w:tcPr>
          <w:p w14:paraId="76C16640" w14:textId="77777777" w:rsidR="00095534" w:rsidRDefault="00255584">
            <w:r>
              <w:t>Office:                              Home:</w:t>
            </w:r>
          </w:p>
        </w:tc>
      </w:tr>
      <w:tr w:rsidR="00095534" w14:paraId="5AD9EEE2"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68B3F533" w14:textId="77777777" w:rsidR="00095534" w:rsidRDefault="00255584">
            <w:r>
              <w:t>Fax</w:t>
            </w:r>
          </w:p>
        </w:tc>
        <w:tc>
          <w:tcPr>
            <w:tcW w:w="5654" w:type="dxa"/>
            <w:tcBorders>
              <w:top w:val="single" w:sz="4" w:space="0" w:color="D9D9D9"/>
              <w:left w:val="single" w:sz="4" w:space="0" w:color="D9D9D9"/>
              <w:bottom w:val="single" w:sz="4" w:space="0" w:color="D9D9D9"/>
              <w:right w:val="single" w:sz="4" w:space="0" w:color="D9D9D9"/>
            </w:tcBorders>
            <w:vAlign w:val="center"/>
          </w:tcPr>
          <w:p w14:paraId="5AD28F8D" w14:textId="77777777" w:rsidR="00095534" w:rsidRDefault="00255584">
            <w:r>
              <w:t>Office:                              Home:</w:t>
            </w:r>
          </w:p>
        </w:tc>
      </w:tr>
      <w:tr w:rsidR="00095534" w14:paraId="79E2D424"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75AE4C0F" w14:textId="77777777" w:rsidR="00095534" w:rsidRDefault="00255584">
            <w:r>
              <w:t>Mobile phone</w:t>
            </w:r>
          </w:p>
        </w:tc>
        <w:tc>
          <w:tcPr>
            <w:tcW w:w="5654" w:type="dxa"/>
            <w:tcBorders>
              <w:top w:val="single" w:sz="4" w:space="0" w:color="D9D9D9"/>
              <w:left w:val="single" w:sz="4" w:space="0" w:color="D9D9D9"/>
              <w:bottom w:val="single" w:sz="4" w:space="0" w:color="D9D9D9"/>
              <w:right w:val="single" w:sz="4" w:space="0" w:color="D9D9D9"/>
            </w:tcBorders>
            <w:vAlign w:val="center"/>
          </w:tcPr>
          <w:p w14:paraId="3AA8D43C" w14:textId="77777777" w:rsidR="00095534" w:rsidRDefault="00095534"/>
        </w:tc>
      </w:tr>
      <w:tr w:rsidR="00095534" w14:paraId="54C2493F"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0DF15AD3" w14:textId="77777777" w:rsidR="00095534" w:rsidRDefault="00255584">
            <w:r>
              <w:t>Nominee consent confirmed</w:t>
            </w:r>
          </w:p>
        </w:tc>
        <w:tc>
          <w:tcPr>
            <w:tcW w:w="5654" w:type="dxa"/>
            <w:tcBorders>
              <w:top w:val="single" w:sz="4" w:space="0" w:color="D9D9D9"/>
              <w:left w:val="single" w:sz="4" w:space="0" w:color="D9D9D9"/>
              <w:bottom w:val="single" w:sz="4" w:space="0" w:color="D9D9D9"/>
              <w:right w:val="single" w:sz="4" w:space="0" w:color="D9D9D9"/>
            </w:tcBorders>
            <w:vAlign w:val="center"/>
          </w:tcPr>
          <w:p w14:paraId="7F35F9EF" w14:textId="77777777" w:rsidR="00095534" w:rsidRDefault="00255584">
            <w:r>
              <w:t>☐ Yes     ☐ No</w:t>
            </w:r>
          </w:p>
        </w:tc>
      </w:tr>
      <w:tr w:rsidR="00095534" w14:paraId="3AD15E3D"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3C80E6CE" w14:textId="77777777" w:rsidR="00095534" w:rsidRDefault="00255584">
            <w:r>
              <w:t>Nominator signature or seal</w:t>
            </w:r>
          </w:p>
        </w:tc>
        <w:tc>
          <w:tcPr>
            <w:tcW w:w="5654" w:type="dxa"/>
            <w:tcBorders>
              <w:top w:val="single" w:sz="4" w:space="0" w:color="D9D9D9"/>
              <w:left w:val="single" w:sz="4" w:space="0" w:color="D9D9D9"/>
              <w:bottom w:val="single" w:sz="4" w:space="0" w:color="D9D9D9"/>
              <w:right w:val="single" w:sz="4" w:space="0" w:color="D9D9D9"/>
            </w:tcBorders>
            <w:vAlign w:val="center"/>
          </w:tcPr>
          <w:p w14:paraId="38233C69" w14:textId="77777777" w:rsidR="00095534" w:rsidRDefault="00095534"/>
        </w:tc>
      </w:tr>
    </w:tbl>
    <w:p w14:paraId="0D1918B0" w14:textId="77777777" w:rsidR="00095534" w:rsidRDefault="00255584">
      <w:r>
        <w:br w:type="page"/>
      </w:r>
    </w:p>
    <w:p w14:paraId="16D4D934" w14:textId="77777777" w:rsidR="00095534" w:rsidRDefault="00255584">
      <w:pPr>
        <w:pStyle w:val="aa"/>
        <w:jc w:val="center"/>
      </w:pPr>
      <w:r>
        <w:lastRenderedPageBreak/>
        <w:t>Candidate Information Form</w:t>
      </w:r>
    </w:p>
    <w:p w14:paraId="7E9D5B61" w14:textId="77777777" w:rsidR="00095534" w:rsidRDefault="00255584">
      <w:pPr>
        <w:jc w:val="center"/>
      </w:pPr>
      <w:r>
        <w:t>Department of Finance</w:t>
      </w:r>
      <w:r>
        <w:br/>
        <w:t>College of Management</w:t>
      </w:r>
      <w:r>
        <w:br/>
        <w:t>National Chung Cheng University</w:t>
      </w:r>
    </w:p>
    <w:p w14:paraId="75C7A0FB" w14:textId="77777777" w:rsidR="00095534" w:rsidRDefault="00255584">
      <w:pPr>
        <w:pStyle w:val="1"/>
      </w:pPr>
      <w:r>
        <w:t>1  Personal Information</w:t>
      </w:r>
    </w:p>
    <w:tbl>
      <w:tblPr>
        <w:tblW w:w="10173" w:type="dxa"/>
        <w:tblLayout w:type="fixed"/>
        <w:tblLook w:val="04A0" w:firstRow="1" w:lastRow="0" w:firstColumn="1" w:lastColumn="0" w:noHBand="0" w:noVBand="1"/>
      </w:tblPr>
      <w:tblGrid>
        <w:gridCol w:w="4802"/>
        <w:gridCol w:w="5371"/>
      </w:tblGrid>
      <w:tr w:rsidR="00095534" w14:paraId="69937EAF" w14:textId="77777777" w:rsidTr="00B82520">
        <w:tc>
          <w:tcPr>
            <w:tcW w:w="4802"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677AA0F" w14:textId="77777777" w:rsidR="00095534" w:rsidRDefault="00255584">
            <w:pPr>
              <w:spacing w:before="20" w:after="20"/>
            </w:pPr>
            <w:r>
              <w:rPr>
                <w:b/>
              </w:rPr>
              <w:t>Field</w:t>
            </w:r>
          </w:p>
        </w:tc>
        <w:tc>
          <w:tcPr>
            <w:tcW w:w="537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37C3B214" w14:textId="77777777" w:rsidR="00095534" w:rsidRDefault="00255584">
            <w:pPr>
              <w:spacing w:before="20" w:after="20"/>
            </w:pPr>
            <w:r>
              <w:rPr>
                <w:b/>
              </w:rPr>
              <w:t>Information</w:t>
            </w:r>
          </w:p>
        </w:tc>
      </w:tr>
      <w:tr w:rsidR="00095534" w14:paraId="3526672A"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5A6FDC1C" w14:textId="77777777" w:rsidR="00095534" w:rsidRDefault="00255584">
            <w:r>
              <w:t>Name in Chinese</w:t>
            </w:r>
          </w:p>
        </w:tc>
        <w:tc>
          <w:tcPr>
            <w:tcW w:w="5371" w:type="dxa"/>
            <w:tcBorders>
              <w:top w:val="single" w:sz="4" w:space="0" w:color="D9D9D9"/>
              <w:left w:val="single" w:sz="4" w:space="0" w:color="D9D9D9"/>
              <w:bottom w:val="single" w:sz="4" w:space="0" w:color="D9D9D9"/>
              <w:right w:val="single" w:sz="4" w:space="0" w:color="D9D9D9"/>
            </w:tcBorders>
            <w:vAlign w:val="center"/>
          </w:tcPr>
          <w:p w14:paraId="105C0487" w14:textId="77777777" w:rsidR="00095534" w:rsidRDefault="00095534"/>
        </w:tc>
      </w:tr>
      <w:tr w:rsidR="00095534" w14:paraId="18FF7CC6"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1D5091F9" w14:textId="77777777" w:rsidR="00095534" w:rsidRDefault="00255584">
            <w:r>
              <w:t>Name in English</w:t>
            </w:r>
          </w:p>
        </w:tc>
        <w:tc>
          <w:tcPr>
            <w:tcW w:w="5371" w:type="dxa"/>
            <w:tcBorders>
              <w:top w:val="single" w:sz="4" w:space="0" w:color="D9D9D9"/>
              <w:left w:val="single" w:sz="4" w:space="0" w:color="D9D9D9"/>
              <w:bottom w:val="single" w:sz="4" w:space="0" w:color="D9D9D9"/>
              <w:right w:val="single" w:sz="4" w:space="0" w:color="D9D9D9"/>
            </w:tcBorders>
            <w:vAlign w:val="center"/>
          </w:tcPr>
          <w:p w14:paraId="36FCBD86" w14:textId="77777777" w:rsidR="00095534" w:rsidRDefault="00095534"/>
        </w:tc>
      </w:tr>
      <w:tr w:rsidR="00095534" w14:paraId="06BE40D0"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1C626929" w14:textId="77777777" w:rsidR="00095534" w:rsidRDefault="00255584">
            <w:r>
              <w:t>Gender</w:t>
            </w:r>
          </w:p>
        </w:tc>
        <w:tc>
          <w:tcPr>
            <w:tcW w:w="5371" w:type="dxa"/>
            <w:tcBorders>
              <w:top w:val="single" w:sz="4" w:space="0" w:color="D9D9D9"/>
              <w:left w:val="single" w:sz="4" w:space="0" w:color="D9D9D9"/>
              <w:bottom w:val="single" w:sz="4" w:space="0" w:color="D9D9D9"/>
              <w:right w:val="single" w:sz="4" w:space="0" w:color="D9D9D9"/>
            </w:tcBorders>
            <w:vAlign w:val="center"/>
          </w:tcPr>
          <w:p w14:paraId="06690A56" w14:textId="77777777" w:rsidR="00095534" w:rsidRDefault="00255584">
            <w:r>
              <w:t>☐ Male     ☐ Female</w:t>
            </w:r>
          </w:p>
        </w:tc>
      </w:tr>
      <w:tr w:rsidR="00095534" w14:paraId="580DED17"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4BC92E8C" w14:textId="77777777" w:rsidR="00095534" w:rsidRDefault="00255584">
            <w:r>
              <w:t>Date of birth</w:t>
            </w:r>
          </w:p>
        </w:tc>
        <w:tc>
          <w:tcPr>
            <w:tcW w:w="5371" w:type="dxa"/>
            <w:tcBorders>
              <w:top w:val="single" w:sz="4" w:space="0" w:color="D9D9D9"/>
              <w:left w:val="single" w:sz="4" w:space="0" w:color="D9D9D9"/>
              <w:bottom w:val="single" w:sz="4" w:space="0" w:color="D9D9D9"/>
              <w:right w:val="single" w:sz="4" w:space="0" w:color="D9D9D9"/>
            </w:tcBorders>
            <w:vAlign w:val="center"/>
          </w:tcPr>
          <w:p w14:paraId="000B998A" w14:textId="77777777" w:rsidR="00095534" w:rsidRDefault="00255584">
            <w:r>
              <w:t>Year:                 Month:                 Day:</w:t>
            </w:r>
          </w:p>
        </w:tc>
      </w:tr>
      <w:tr w:rsidR="00095534" w14:paraId="68E04B5B"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294D80C5" w14:textId="77777777" w:rsidR="00095534" w:rsidRDefault="00255584">
            <w:r>
              <w:t>Nationality</w:t>
            </w:r>
          </w:p>
        </w:tc>
        <w:tc>
          <w:tcPr>
            <w:tcW w:w="5371" w:type="dxa"/>
            <w:tcBorders>
              <w:top w:val="single" w:sz="4" w:space="0" w:color="D9D9D9"/>
              <w:left w:val="single" w:sz="4" w:space="0" w:color="D9D9D9"/>
              <w:bottom w:val="single" w:sz="4" w:space="0" w:color="D9D9D9"/>
              <w:right w:val="single" w:sz="4" w:space="0" w:color="D9D9D9"/>
            </w:tcBorders>
            <w:vAlign w:val="center"/>
          </w:tcPr>
          <w:p w14:paraId="1D51DEE2" w14:textId="77777777" w:rsidR="00095534" w:rsidRDefault="00095534"/>
        </w:tc>
      </w:tr>
      <w:tr w:rsidR="00095534" w14:paraId="33A8A719"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7FB7D84B" w14:textId="77777777" w:rsidR="00095534" w:rsidRDefault="00255584">
            <w:r>
              <w:t>Mailing address</w:t>
            </w:r>
          </w:p>
        </w:tc>
        <w:tc>
          <w:tcPr>
            <w:tcW w:w="5371" w:type="dxa"/>
            <w:tcBorders>
              <w:top w:val="single" w:sz="4" w:space="0" w:color="D9D9D9"/>
              <w:left w:val="single" w:sz="4" w:space="0" w:color="D9D9D9"/>
              <w:bottom w:val="single" w:sz="4" w:space="0" w:color="D9D9D9"/>
              <w:right w:val="single" w:sz="4" w:space="0" w:color="D9D9D9"/>
            </w:tcBorders>
            <w:vAlign w:val="center"/>
          </w:tcPr>
          <w:p w14:paraId="4AF1A736" w14:textId="77777777" w:rsidR="00095534" w:rsidRDefault="00095534"/>
        </w:tc>
      </w:tr>
      <w:tr w:rsidR="00095534" w14:paraId="57772EAD"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681F33CF" w14:textId="77777777" w:rsidR="00095534" w:rsidRDefault="00255584">
            <w:r>
              <w:t>Email</w:t>
            </w:r>
          </w:p>
        </w:tc>
        <w:tc>
          <w:tcPr>
            <w:tcW w:w="5371" w:type="dxa"/>
            <w:tcBorders>
              <w:top w:val="single" w:sz="4" w:space="0" w:color="D9D9D9"/>
              <w:left w:val="single" w:sz="4" w:space="0" w:color="D9D9D9"/>
              <w:bottom w:val="single" w:sz="4" w:space="0" w:color="D9D9D9"/>
              <w:right w:val="single" w:sz="4" w:space="0" w:color="D9D9D9"/>
            </w:tcBorders>
            <w:vAlign w:val="center"/>
          </w:tcPr>
          <w:p w14:paraId="10138237" w14:textId="77777777" w:rsidR="00095534" w:rsidRDefault="00095534"/>
        </w:tc>
      </w:tr>
      <w:tr w:rsidR="00095534" w14:paraId="00B4F59C"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1246939E" w14:textId="77777777" w:rsidR="00095534" w:rsidRDefault="00255584">
            <w:r>
              <w:t>Telephone</w:t>
            </w:r>
          </w:p>
        </w:tc>
        <w:tc>
          <w:tcPr>
            <w:tcW w:w="5371" w:type="dxa"/>
            <w:tcBorders>
              <w:top w:val="single" w:sz="4" w:space="0" w:color="D9D9D9"/>
              <w:left w:val="single" w:sz="4" w:space="0" w:color="D9D9D9"/>
              <w:bottom w:val="single" w:sz="4" w:space="0" w:color="D9D9D9"/>
              <w:right w:val="single" w:sz="4" w:space="0" w:color="D9D9D9"/>
            </w:tcBorders>
            <w:vAlign w:val="center"/>
          </w:tcPr>
          <w:p w14:paraId="3899D609" w14:textId="77777777" w:rsidR="00095534" w:rsidRDefault="00255584">
            <w:r>
              <w:t>Office:                              Home:</w:t>
            </w:r>
          </w:p>
        </w:tc>
      </w:tr>
      <w:tr w:rsidR="00095534" w14:paraId="060AA8C8"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393F0916" w14:textId="77777777" w:rsidR="00095534" w:rsidRDefault="00255584">
            <w:r>
              <w:t>Fax</w:t>
            </w:r>
          </w:p>
        </w:tc>
        <w:tc>
          <w:tcPr>
            <w:tcW w:w="5371" w:type="dxa"/>
            <w:tcBorders>
              <w:top w:val="single" w:sz="4" w:space="0" w:color="D9D9D9"/>
              <w:left w:val="single" w:sz="4" w:space="0" w:color="D9D9D9"/>
              <w:bottom w:val="single" w:sz="4" w:space="0" w:color="D9D9D9"/>
              <w:right w:val="single" w:sz="4" w:space="0" w:color="D9D9D9"/>
            </w:tcBorders>
            <w:vAlign w:val="center"/>
          </w:tcPr>
          <w:p w14:paraId="424C594D" w14:textId="77777777" w:rsidR="00095534" w:rsidRDefault="00095534"/>
        </w:tc>
      </w:tr>
      <w:tr w:rsidR="00095534" w14:paraId="266A4C46"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61F9B0E9" w14:textId="77777777" w:rsidR="00095534" w:rsidRDefault="00255584">
            <w:r>
              <w:t>Mobile phone</w:t>
            </w:r>
          </w:p>
        </w:tc>
        <w:tc>
          <w:tcPr>
            <w:tcW w:w="5371" w:type="dxa"/>
            <w:tcBorders>
              <w:top w:val="single" w:sz="4" w:space="0" w:color="D9D9D9"/>
              <w:left w:val="single" w:sz="4" w:space="0" w:color="D9D9D9"/>
              <w:bottom w:val="single" w:sz="4" w:space="0" w:color="D9D9D9"/>
              <w:right w:val="single" w:sz="4" w:space="0" w:color="D9D9D9"/>
            </w:tcBorders>
            <w:vAlign w:val="center"/>
          </w:tcPr>
          <w:p w14:paraId="4304B396" w14:textId="77777777" w:rsidR="00095534" w:rsidRDefault="00095534"/>
        </w:tc>
      </w:tr>
      <w:tr w:rsidR="00095534" w14:paraId="59BF7381"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56FCD78B" w14:textId="77777777" w:rsidR="00095534" w:rsidRDefault="00255584">
            <w:r>
              <w:t>Qualification certificate</w:t>
            </w:r>
          </w:p>
        </w:tc>
        <w:tc>
          <w:tcPr>
            <w:tcW w:w="5371" w:type="dxa"/>
            <w:tcBorders>
              <w:top w:val="single" w:sz="4" w:space="0" w:color="D9D9D9"/>
              <w:left w:val="single" w:sz="4" w:space="0" w:color="D9D9D9"/>
              <w:bottom w:val="single" w:sz="4" w:space="0" w:color="D9D9D9"/>
              <w:right w:val="single" w:sz="4" w:space="0" w:color="D9D9D9"/>
            </w:tcBorders>
            <w:vAlign w:val="center"/>
          </w:tcPr>
          <w:p w14:paraId="3CE5DF97" w14:textId="77777777" w:rsidR="00095534" w:rsidRDefault="00095534"/>
        </w:tc>
      </w:tr>
      <w:tr w:rsidR="00095534" w14:paraId="62492480" w14:textId="77777777" w:rsidTr="00B82520">
        <w:trPr>
          <w:trHeight w:val="374"/>
        </w:trPr>
        <w:tc>
          <w:tcPr>
            <w:tcW w:w="4802" w:type="dxa"/>
            <w:tcBorders>
              <w:top w:val="single" w:sz="4" w:space="0" w:color="D9D9D9"/>
              <w:left w:val="single" w:sz="4" w:space="0" w:color="D9D9D9"/>
              <w:bottom w:val="single" w:sz="4" w:space="0" w:color="D9D9D9"/>
              <w:right w:val="single" w:sz="4" w:space="0" w:color="D9D9D9"/>
            </w:tcBorders>
            <w:vAlign w:val="center"/>
          </w:tcPr>
          <w:p w14:paraId="20BEF8ED" w14:textId="77777777" w:rsidR="00095534" w:rsidRDefault="00255584">
            <w:r>
              <w:t>Service seniority start date</w:t>
            </w:r>
          </w:p>
        </w:tc>
        <w:tc>
          <w:tcPr>
            <w:tcW w:w="5371" w:type="dxa"/>
            <w:tcBorders>
              <w:top w:val="single" w:sz="4" w:space="0" w:color="D9D9D9"/>
              <w:left w:val="single" w:sz="4" w:space="0" w:color="D9D9D9"/>
              <w:bottom w:val="single" w:sz="4" w:space="0" w:color="D9D9D9"/>
              <w:right w:val="single" w:sz="4" w:space="0" w:color="D9D9D9"/>
            </w:tcBorders>
            <w:vAlign w:val="center"/>
          </w:tcPr>
          <w:p w14:paraId="59606680" w14:textId="77777777" w:rsidR="00095534" w:rsidRDefault="00255584">
            <w:r>
              <w:t>Year:                 Month:</w:t>
            </w:r>
          </w:p>
        </w:tc>
      </w:tr>
    </w:tbl>
    <w:p w14:paraId="2B0A20D6" w14:textId="77777777" w:rsidR="00095534" w:rsidRDefault="00255584">
      <w:pPr>
        <w:pStyle w:val="1"/>
      </w:pPr>
      <w:r>
        <w:t>Current Appointment</w:t>
      </w:r>
    </w:p>
    <w:tbl>
      <w:tblPr>
        <w:tblW w:w="10314" w:type="dxa"/>
        <w:tblLayout w:type="fixed"/>
        <w:tblLook w:val="04A0" w:firstRow="1" w:lastRow="0" w:firstColumn="1" w:lastColumn="0" w:noHBand="0" w:noVBand="1"/>
      </w:tblPr>
      <w:tblGrid>
        <w:gridCol w:w="3168"/>
        <w:gridCol w:w="2401"/>
        <w:gridCol w:w="2880"/>
        <w:gridCol w:w="1865"/>
      </w:tblGrid>
      <w:tr w:rsidR="00095534" w14:paraId="74A1C3EE" w14:textId="77777777" w:rsidTr="00B82520">
        <w:tc>
          <w:tcPr>
            <w:tcW w:w="3168"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3E9A7F85" w14:textId="77777777" w:rsidR="00095534" w:rsidRDefault="00255584">
            <w:pPr>
              <w:spacing w:before="20" w:after="20"/>
            </w:pPr>
            <w:r>
              <w:rPr>
                <w:b/>
              </w:rPr>
              <w:t>Institution</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81AD99F" w14:textId="77777777" w:rsidR="00095534" w:rsidRDefault="00255584">
            <w:pPr>
              <w:spacing w:before="20" w:after="20"/>
            </w:pPr>
            <w:r>
              <w:rPr>
                <w:b/>
              </w:rPr>
              <w:t>Full time or part time</w:t>
            </w:r>
          </w:p>
        </w:tc>
        <w:tc>
          <w:tcPr>
            <w:tcW w:w="2880"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91B8D77" w14:textId="77777777" w:rsidR="00095534" w:rsidRDefault="00255584">
            <w:pPr>
              <w:spacing w:before="20" w:after="20"/>
            </w:pPr>
            <w:r>
              <w:rPr>
                <w:b/>
              </w:rPr>
              <w:t>Position and rank</w:t>
            </w:r>
          </w:p>
        </w:tc>
        <w:tc>
          <w:tcPr>
            <w:tcW w:w="1865"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10EECDD" w14:textId="77777777" w:rsidR="00095534" w:rsidRDefault="00255584">
            <w:pPr>
              <w:spacing w:before="20" w:after="20"/>
            </w:pPr>
            <w:r>
              <w:rPr>
                <w:b/>
              </w:rPr>
              <w:t>Start year and month</w:t>
            </w:r>
          </w:p>
        </w:tc>
      </w:tr>
      <w:tr w:rsidR="00095534" w14:paraId="42F315FB" w14:textId="77777777" w:rsidTr="00B82520">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7CE68601"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32AFE101" w14:textId="77777777" w:rsidR="00095534" w:rsidRDefault="00095534">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2057BAF5" w14:textId="77777777" w:rsidR="00095534" w:rsidRDefault="00095534">
            <w:pPr>
              <w:spacing w:before="20" w:after="20"/>
            </w:pPr>
          </w:p>
        </w:tc>
        <w:tc>
          <w:tcPr>
            <w:tcW w:w="1865" w:type="dxa"/>
            <w:tcBorders>
              <w:top w:val="single" w:sz="4" w:space="0" w:color="D9D9D9"/>
              <w:left w:val="single" w:sz="4" w:space="0" w:color="D9D9D9"/>
              <w:bottom w:val="single" w:sz="4" w:space="0" w:color="D9D9D9"/>
              <w:right w:val="single" w:sz="4" w:space="0" w:color="D9D9D9"/>
            </w:tcBorders>
            <w:vAlign w:val="center"/>
          </w:tcPr>
          <w:p w14:paraId="60AC0971" w14:textId="77777777" w:rsidR="00095534" w:rsidRDefault="00095534">
            <w:pPr>
              <w:spacing w:before="20" w:after="20"/>
            </w:pPr>
          </w:p>
        </w:tc>
      </w:tr>
    </w:tbl>
    <w:p w14:paraId="029F2789" w14:textId="77777777" w:rsidR="00095534" w:rsidRDefault="00255584">
      <w:pPr>
        <w:pStyle w:val="1"/>
      </w:pPr>
      <w:r>
        <w:t>Higher Education</w:t>
      </w:r>
    </w:p>
    <w:tbl>
      <w:tblPr>
        <w:tblW w:w="0" w:type="auto"/>
        <w:tblLayout w:type="fixed"/>
        <w:tblLook w:val="04A0" w:firstRow="1" w:lastRow="0" w:firstColumn="1" w:lastColumn="0" w:noHBand="0" w:noVBand="1"/>
      </w:tblPr>
      <w:tblGrid>
        <w:gridCol w:w="2880"/>
        <w:gridCol w:w="2880"/>
        <w:gridCol w:w="2401"/>
        <w:gridCol w:w="2401"/>
      </w:tblGrid>
      <w:tr w:rsidR="00095534" w14:paraId="437EB0B4" w14:textId="77777777">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2EBC7515" w14:textId="77777777" w:rsidR="00095534" w:rsidRDefault="00255584">
            <w:pPr>
              <w:spacing w:before="20" w:after="20"/>
            </w:pPr>
            <w:r>
              <w:rPr>
                <w:b/>
              </w:rPr>
              <w:t>University</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EE476F5" w14:textId="77777777" w:rsidR="00095534" w:rsidRDefault="00255584">
            <w:pPr>
              <w:spacing w:before="20" w:after="20"/>
            </w:pPr>
            <w:r>
              <w:rPr>
                <w:b/>
              </w:rPr>
              <w:t>College or department</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6DB454B1" w14:textId="77777777" w:rsidR="00095534" w:rsidRDefault="00255584">
            <w:pPr>
              <w:spacing w:before="20" w:after="20"/>
            </w:pPr>
            <w:r>
              <w:rPr>
                <w:b/>
              </w:rPr>
              <w:t>Degree</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3A21F347" w14:textId="77777777" w:rsidR="00095534" w:rsidRDefault="00255584">
            <w:pPr>
              <w:spacing w:before="20" w:after="20"/>
            </w:pPr>
            <w:r>
              <w:rPr>
                <w:b/>
              </w:rPr>
              <w:t>Award year and month</w:t>
            </w:r>
          </w:p>
        </w:tc>
      </w:tr>
      <w:tr w:rsidR="00095534" w14:paraId="6E3FDBE8" w14:textId="77777777">
        <w:trPr>
          <w:trHeight w:val="389"/>
        </w:trPr>
        <w:tc>
          <w:tcPr>
            <w:tcW w:w="2880" w:type="dxa"/>
            <w:tcBorders>
              <w:top w:val="single" w:sz="4" w:space="0" w:color="D9D9D9"/>
              <w:left w:val="single" w:sz="4" w:space="0" w:color="D9D9D9"/>
              <w:bottom w:val="single" w:sz="4" w:space="0" w:color="D9D9D9"/>
              <w:right w:val="single" w:sz="4" w:space="0" w:color="D9D9D9"/>
            </w:tcBorders>
            <w:vAlign w:val="center"/>
          </w:tcPr>
          <w:p w14:paraId="6E4DAEEC" w14:textId="77777777" w:rsidR="00095534" w:rsidRDefault="00095534">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353C8327" w14:textId="77777777" w:rsidR="00095534" w:rsidRDefault="00095534">
            <w:pPr>
              <w:spacing w:before="20" w:after="20"/>
            </w:pPr>
          </w:p>
        </w:tc>
        <w:tc>
          <w:tcPr>
            <w:tcW w:w="1800" w:type="dxa"/>
            <w:tcBorders>
              <w:top w:val="single" w:sz="4" w:space="0" w:color="D9D9D9"/>
              <w:left w:val="single" w:sz="4" w:space="0" w:color="D9D9D9"/>
              <w:bottom w:val="single" w:sz="4" w:space="0" w:color="D9D9D9"/>
              <w:right w:val="single" w:sz="4" w:space="0" w:color="D9D9D9"/>
            </w:tcBorders>
            <w:vAlign w:val="center"/>
          </w:tcPr>
          <w:p w14:paraId="6D804CE7" w14:textId="77777777" w:rsidR="00095534" w:rsidRDefault="00095534">
            <w:pPr>
              <w:spacing w:before="20" w:after="20"/>
            </w:pPr>
          </w:p>
        </w:tc>
        <w:tc>
          <w:tcPr>
            <w:tcW w:w="1944" w:type="dxa"/>
            <w:tcBorders>
              <w:top w:val="single" w:sz="4" w:space="0" w:color="D9D9D9"/>
              <w:left w:val="single" w:sz="4" w:space="0" w:color="D9D9D9"/>
              <w:bottom w:val="single" w:sz="4" w:space="0" w:color="D9D9D9"/>
              <w:right w:val="single" w:sz="4" w:space="0" w:color="D9D9D9"/>
            </w:tcBorders>
            <w:vAlign w:val="center"/>
          </w:tcPr>
          <w:p w14:paraId="6E131CAC" w14:textId="77777777" w:rsidR="00095534" w:rsidRDefault="00095534">
            <w:pPr>
              <w:spacing w:before="20" w:after="20"/>
            </w:pPr>
          </w:p>
        </w:tc>
      </w:tr>
      <w:tr w:rsidR="00095534" w14:paraId="18E695F5" w14:textId="77777777">
        <w:trPr>
          <w:trHeight w:val="389"/>
        </w:trPr>
        <w:tc>
          <w:tcPr>
            <w:tcW w:w="2880" w:type="dxa"/>
            <w:tcBorders>
              <w:top w:val="single" w:sz="4" w:space="0" w:color="D9D9D9"/>
              <w:left w:val="single" w:sz="4" w:space="0" w:color="D9D9D9"/>
              <w:bottom w:val="single" w:sz="4" w:space="0" w:color="D9D9D9"/>
              <w:right w:val="single" w:sz="4" w:space="0" w:color="D9D9D9"/>
            </w:tcBorders>
            <w:vAlign w:val="center"/>
          </w:tcPr>
          <w:p w14:paraId="22E44300" w14:textId="77777777" w:rsidR="00095534" w:rsidRDefault="00095534">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29EB2A3F" w14:textId="77777777" w:rsidR="00095534" w:rsidRDefault="00095534">
            <w:pPr>
              <w:spacing w:before="20" w:after="20"/>
            </w:pPr>
          </w:p>
        </w:tc>
        <w:tc>
          <w:tcPr>
            <w:tcW w:w="1800" w:type="dxa"/>
            <w:tcBorders>
              <w:top w:val="single" w:sz="4" w:space="0" w:color="D9D9D9"/>
              <w:left w:val="single" w:sz="4" w:space="0" w:color="D9D9D9"/>
              <w:bottom w:val="single" w:sz="4" w:space="0" w:color="D9D9D9"/>
              <w:right w:val="single" w:sz="4" w:space="0" w:color="D9D9D9"/>
            </w:tcBorders>
            <w:vAlign w:val="center"/>
          </w:tcPr>
          <w:p w14:paraId="3DC08529" w14:textId="77777777" w:rsidR="00095534" w:rsidRDefault="00095534">
            <w:pPr>
              <w:spacing w:before="20" w:after="20"/>
            </w:pPr>
          </w:p>
        </w:tc>
        <w:tc>
          <w:tcPr>
            <w:tcW w:w="1944" w:type="dxa"/>
            <w:tcBorders>
              <w:top w:val="single" w:sz="4" w:space="0" w:color="D9D9D9"/>
              <w:left w:val="single" w:sz="4" w:space="0" w:color="D9D9D9"/>
              <w:bottom w:val="single" w:sz="4" w:space="0" w:color="D9D9D9"/>
              <w:right w:val="single" w:sz="4" w:space="0" w:color="D9D9D9"/>
            </w:tcBorders>
            <w:vAlign w:val="center"/>
          </w:tcPr>
          <w:p w14:paraId="1DC13A4E" w14:textId="77777777" w:rsidR="00095534" w:rsidRDefault="00095534">
            <w:pPr>
              <w:spacing w:before="20" w:after="20"/>
            </w:pPr>
          </w:p>
        </w:tc>
      </w:tr>
      <w:tr w:rsidR="00095534" w14:paraId="5FF9E56E" w14:textId="77777777">
        <w:trPr>
          <w:trHeight w:val="389"/>
        </w:trPr>
        <w:tc>
          <w:tcPr>
            <w:tcW w:w="2880" w:type="dxa"/>
            <w:tcBorders>
              <w:top w:val="single" w:sz="4" w:space="0" w:color="D9D9D9"/>
              <w:left w:val="single" w:sz="4" w:space="0" w:color="D9D9D9"/>
              <w:bottom w:val="single" w:sz="4" w:space="0" w:color="D9D9D9"/>
              <w:right w:val="single" w:sz="4" w:space="0" w:color="D9D9D9"/>
            </w:tcBorders>
            <w:vAlign w:val="center"/>
          </w:tcPr>
          <w:p w14:paraId="6113A6C0" w14:textId="77777777" w:rsidR="00095534" w:rsidRDefault="00095534">
            <w:pPr>
              <w:spacing w:before="20" w:after="20"/>
            </w:pPr>
          </w:p>
        </w:tc>
        <w:tc>
          <w:tcPr>
            <w:tcW w:w="2880" w:type="dxa"/>
            <w:tcBorders>
              <w:top w:val="single" w:sz="4" w:space="0" w:color="D9D9D9"/>
              <w:left w:val="single" w:sz="4" w:space="0" w:color="D9D9D9"/>
              <w:bottom w:val="single" w:sz="4" w:space="0" w:color="D9D9D9"/>
              <w:right w:val="single" w:sz="4" w:space="0" w:color="D9D9D9"/>
            </w:tcBorders>
            <w:vAlign w:val="center"/>
          </w:tcPr>
          <w:p w14:paraId="49F11048" w14:textId="77777777" w:rsidR="00095534" w:rsidRDefault="00095534">
            <w:pPr>
              <w:spacing w:before="20" w:after="20"/>
            </w:pPr>
          </w:p>
        </w:tc>
        <w:tc>
          <w:tcPr>
            <w:tcW w:w="1800" w:type="dxa"/>
            <w:tcBorders>
              <w:top w:val="single" w:sz="4" w:space="0" w:color="D9D9D9"/>
              <w:left w:val="single" w:sz="4" w:space="0" w:color="D9D9D9"/>
              <w:bottom w:val="single" w:sz="4" w:space="0" w:color="D9D9D9"/>
              <w:right w:val="single" w:sz="4" w:space="0" w:color="D9D9D9"/>
            </w:tcBorders>
            <w:vAlign w:val="center"/>
          </w:tcPr>
          <w:p w14:paraId="400A6FA6" w14:textId="77777777" w:rsidR="00095534" w:rsidRDefault="00095534">
            <w:pPr>
              <w:spacing w:before="20" w:after="20"/>
            </w:pPr>
          </w:p>
        </w:tc>
        <w:tc>
          <w:tcPr>
            <w:tcW w:w="1944" w:type="dxa"/>
            <w:tcBorders>
              <w:top w:val="single" w:sz="4" w:space="0" w:color="D9D9D9"/>
              <w:left w:val="single" w:sz="4" w:space="0" w:color="D9D9D9"/>
              <w:bottom w:val="single" w:sz="4" w:space="0" w:color="D9D9D9"/>
              <w:right w:val="single" w:sz="4" w:space="0" w:color="D9D9D9"/>
            </w:tcBorders>
            <w:vAlign w:val="center"/>
          </w:tcPr>
          <w:p w14:paraId="6B6A16CF" w14:textId="77777777" w:rsidR="00095534" w:rsidRDefault="00095534">
            <w:pPr>
              <w:spacing w:before="20" w:after="20"/>
            </w:pPr>
          </w:p>
        </w:tc>
      </w:tr>
    </w:tbl>
    <w:p w14:paraId="10E38BE6" w14:textId="77777777" w:rsidR="00095534" w:rsidRDefault="00255584">
      <w:pPr>
        <w:pStyle w:val="1"/>
      </w:pPr>
      <w:r>
        <w:t>Professional Experience</w:t>
      </w:r>
    </w:p>
    <w:tbl>
      <w:tblPr>
        <w:tblW w:w="0" w:type="auto"/>
        <w:tblLayout w:type="fixed"/>
        <w:tblLook w:val="04A0" w:firstRow="1" w:lastRow="0" w:firstColumn="1" w:lastColumn="0" w:noHBand="0" w:noVBand="1"/>
      </w:tblPr>
      <w:tblGrid>
        <w:gridCol w:w="3168"/>
        <w:gridCol w:w="2401"/>
        <w:gridCol w:w="2592"/>
        <w:gridCol w:w="2401"/>
      </w:tblGrid>
      <w:tr w:rsidR="00095534" w14:paraId="7E7E126D" w14:textId="77777777">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47AAF5B" w14:textId="77777777" w:rsidR="00095534" w:rsidRDefault="00255584">
            <w:pPr>
              <w:spacing w:before="20" w:after="20"/>
            </w:pPr>
            <w:r>
              <w:rPr>
                <w:b/>
              </w:rPr>
              <w:t>Institution</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71A5DD65" w14:textId="77777777" w:rsidR="00095534" w:rsidRDefault="00255584">
            <w:pPr>
              <w:spacing w:before="20" w:after="20"/>
            </w:pPr>
            <w:r>
              <w:rPr>
                <w:b/>
              </w:rPr>
              <w:t>Full time or part time</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32B5365" w14:textId="77777777" w:rsidR="00095534" w:rsidRDefault="00255584">
            <w:pPr>
              <w:spacing w:before="20" w:after="20"/>
            </w:pPr>
            <w:r>
              <w:rPr>
                <w:b/>
              </w:rPr>
              <w:t>Position and rank</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302B0C27" w14:textId="77777777" w:rsidR="00095534" w:rsidRDefault="00255584">
            <w:pPr>
              <w:spacing w:before="20" w:after="20"/>
            </w:pPr>
            <w:r>
              <w:rPr>
                <w:b/>
              </w:rPr>
              <w:t>Start and end year and month</w:t>
            </w:r>
          </w:p>
        </w:tc>
      </w:tr>
      <w:tr w:rsidR="00095534" w14:paraId="342816B2"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4595E3C5" w14:textId="77777777" w:rsidR="00095534" w:rsidRDefault="00095534">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224FE64B" w14:textId="77777777" w:rsidR="00095534" w:rsidRDefault="00095534">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6E428A09" w14:textId="77777777" w:rsidR="00095534" w:rsidRDefault="00095534">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09B65D5B" w14:textId="77777777" w:rsidR="00095534" w:rsidRDefault="00095534">
            <w:pPr>
              <w:spacing w:before="20" w:after="20"/>
            </w:pPr>
          </w:p>
        </w:tc>
      </w:tr>
      <w:tr w:rsidR="00095534" w14:paraId="785CB816"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00FB6BB5" w14:textId="77777777" w:rsidR="00095534" w:rsidRDefault="00095534">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485FA558" w14:textId="77777777" w:rsidR="00095534" w:rsidRDefault="00095534">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1856E95A" w14:textId="77777777" w:rsidR="00095534" w:rsidRDefault="00095534">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5942F277" w14:textId="77777777" w:rsidR="00095534" w:rsidRDefault="00095534">
            <w:pPr>
              <w:spacing w:before="20" w:after="20"/>
            </w:pPr>
          </w:p>
        </w:tc>
      </w:tr>
      <w:tr w:rsidR="00095534" w14:paraId="7D1B15EF"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180F23AC" w14:textId="77777777" w:rsidR="00095534" w:rsidRDefault="00095534">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17D844BE" w14:textId="77777777" w:rsidR="00095534" w:rsidRDefault="00095534">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5ED1FCE5" w14:textId="77777777" w:rsidR="00095534" w:rsidRDefault="00095534">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38DFCF28" w14:textId="77777777" w:rsidR="00095534" w:rsidRDefault="00095534">
            <w:pPr>
              <w:spacing w:before="20" w:after="20"/>
            </w:pPr>
          </w:p>
        </w:tc>
      </w:tr>
      <w:tr w:rsidR="00095534" w14:paraId="48F069F7" w14:textId="77777777">
        <w:trPr>
          <w:trHeight w:val="389"/>
        </w:trPr>
        <w:tc>
          <w:tcPr>
            <w:tcW w:w="3168" w:type="dxa"/>
            <w:tcBorders>
              <w:top w:val="single" w:sz="4" w:space="0" w:color="D9D9D9"/>
              <w:left w:val="single" w:sz="4" w:space="0" w:color="D9D9D9"/>
              <w:bottom w:val="single" w:sz="4" w:space="0" w:color="D9D9D9"/>
              <w:right w:val="single" w:sz="4" w:space="0" w:color="D9D9D9"/>
            </w:tcBorders>
            <w:vAlign w:val="center"/>
          </w:tcPr>
          <w:p w14:paraId="13255AF4" w14:textId="77777777" w:rsidR="00095534" w:rsidRDefault="00095534">
            <w:pPr>
              <w:spacing w:before="20" w:after="20"/>
            </w:pPr>
          </w:p>
        </w:tc>
        <w:tc>
          <w:tcPr>
            <w:tcW w:w="1728" w:type="dxa"/>
            <w:tcBorders>
              <w:top w:val="single" w:sz="4" w:space="0" w:color="D9D9D9"/>
              <w:left w:val="single" w:sz="4" w:space="0" w:color="D9D9D9"/>
              <w:bottom w:val="single" w:sz="4" w:space="0" w:color="D9D9D9"/>
              <w:right w:val="single" w:sz="4" w:space="0" w:color="D9D9D9"/>
            </w:tcBorders>
            <w:vAlign w:val="center"/>
          </w:tcPr>
          <w:p w14:paraId="1B1EF020" w14:textId="77777777" w:rsidR="00095534" w:rsidRDefault="00095534">
            <w:pPr>
              <w:spacing w:before="20" w:after="20"/>
            </w:pPr>
          </w:p>
        </w:tc>
        <w:tc>
          <w:tcPr>
            <w:tcW w:w="2592" w:type="dxa"/>
            <w:tcBorders>
              <w:top w:val="single" w:sz="4" w:space="0" w:color="D9D9D9"/>
              <w:left w:val="single" w:sz="4" w:space="0" w:color="D9D9D9"/>
              <w:bottom w:val="single" w:sz="4" w:space="0" w:color="D9D9D9"/>
              <w:right w:val="single" w:sz="4" w:space="0" w:color="D9D9D9"/>
            </w:tcBorders>
            <w:vAlign w:val="center"/>
          </w:tcPr>
          <w:p w14:paraId="0CEEB8EB" w14:textId="77777777" w:rsidR="00095534" w:rsidRDefault="00095534">
            <w:pPr>
              <w:spacing w:before="20" w:after="20"/>
            </w:pPr>
          </w:p>
        </w:tc>
        <w:tc>
          <w:tcPr>
            <w:tcW w:w="2016" w:type="dxa"/>
            <w:tcBorders>
              <w:top w:val="single" w:sz="4" w:space="0" w:color="D9D9D9"/>
              <w:left w:val="single" w:sz="4" w:space="0" w:color="D9D9D9"/>
              <w:bottom w:val="single" w:sz="4" w:space="0" w:color="D9D9D9"/>
              <w:right w:val="single" w:sz="4" w:space="0" w:color="D9D9D9"/>
            </w:tcBorders>
            <w:vAlign w:val="center"/>
          </w:tcPr>
          <w:p w14:paraId="3D38D92D" w14:textId="77777777" w:rsidR="00095534" w:rsidRDefault="00095534">
            <w:pPr>
              <w:spacing w:before="20" w:after="20"/>
            </w:pPr>
          </w:p>
        </w:tc>
      </w:tr>
    </w:tbl>
    <w:p w14:paraId="4A1E01AC" w14:textId="77777777" w:rsidR="00095534" w:rsidRDefault="00255584">
      <w:r>
        <w:br w:type="page"/>
      </w:r>
    </w:p>
    <w:p w14:paraId="7C32EE42" w14:textId="77777777" w:rsidR="00095534" w:rsidRDefault="00255584">
      <w:pPr>
        <w:pStyle w:val="1"/>
      </w:pPr>
      <w:r>
        <w:lastRenderedPageBreak/>
        <w:t>2  Vision for Leading the Department</w:t>
      </w:r>
    </w:p>
    <w:tbl>
      <w:tblPr>
        <w:tblW w:w="0" w:type="auto"/>
        <w:tblLayout w:type="fixed"/>
        <w:tblLook w:val="04A0" w:firstRow="1" w:lastRow="0" w:firstColumn="1" w:lastColumn="0" w:noHBand="0" w:noVBand="1"/>
      </w:tblPr>
      <w:tblGrid>
        <w:gridCol w:w="9605"/>
      </w:tblGrid>
      <w:tr w:rsidR="00095534" w14:paraId="09879619" w14:textId="77777777">
        <w:tc>
          <w:tcPr>
            <w:tcW w:w="9605"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8EB64D2" w14:textId="77777777" w:rsidR="00095534" w:rsidRDefault="00255584">
            <w:pPr>
              <w:spacing w:before="20" w:after="20"/>
            </w:pPr>
            <w:r>
              <w:rPr>
                <w:b/>
              </w:rPr>
              <w:t>Please describe your vision and approach to serving as Department Chair</w:t>
            </w:r>
          </w:p>
        </w:tc>
      </w:tr>
      <w:tr w:rsidR="00095534" w14:paraId="5FBED52E" w14:textId="77777777">
        <w:trPr>
          <w:trHeight w:val="10944"/>
        </w:trPr>
        <w:tc>
          <w:tcPr>
            <w:tcW w:w="9504" w:type="dxa"/>
            <w:tcBorders>
              <w:top w:val="single" w:sz="4" w:space="0" w:color="D9D9D9"/>
              <w:left w:val="single" w:sz="4" w:space="0" w:color="D9D9D9"/>
              <w:bottom w:val="single" w:sz="4" w:space="0" w:color="D9D9D9"/>
              <w:right w:val="single" w:sz="4" w:space="0" w:color="D9D9D9"/>
            </w:tcBorders>
            <w:vAlign w:val="center"/>
          </w:tcPr>
          <w:p w14:paraId="3195ED56" w14:textId="77777777" w:rsidR="00095534" w:rsidRDefault="00095534">
            <w:pPr>
              <w:spacing w:before="20" w:after="20"/>
            </w:pPr>
          </w:p>
        </w:tc>
      </w:tr>
    </w:tbl>
    <w:p w14:paraId="370536DB" w14:textId="77777777" w:rsidR="00095534" w:rsidRDefault="00255584">
      <w:r>
        <w:br w:type="page"/>
      </w:r>
    </w:p>
    <w:p w14:paraId="5E162DAC" w14:textId="77777777" w:rsidR="00095534" w:rsidRDefault="00255584">
      <w:pPr>
        <w:pStyle w:val="1"/>
      </w:pPr>
      <w:r>
        <w:lastRenderedPageBreak/>
        <w:t>3  Academic Awards and Honors</w:t>
      </w:r>
    </w:p>
    <w:p w14:paraId="13E30F95" w14:textId="77777777" w:rsidR="00095534" w:rsidRDefault="00255584">
      <w:r>
        <w:t>Include service and contributions.</w:t>
      </w:r>
    </w:p>
    <w:tbl>
      <w:tblPr>
        <w:tblW w:w="9615" w:type="dxa"/>
        <w:tblLayout w:type="fixed"/>
        <w:tblLook w:val="04A0" w:firstRow="1" w:lastRow="0" w:firstColumn="1" w:lastColumn="0" w:noHBand="0" w:noVBand="1"/>
      </w:tblPr>
      <w:tblGrid>
        <w:gridCol w:w="2592"/>
        <w:gridCol w:w="2903"/>
        <w:gridCol w:w="2401"/>
        <w:gridCol w:w="1719"/>
      </w:tblGrid>
      <w:tr w:rsidR="00095534" w14:paraId="7DA35A0E" w14:textId="77777777" w:rsidTr="00B82520">
        <w:tc>
          <w:tcPr>
            <w:tcW w:w="2592"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08D9706B" w14:textId="77777777" w:rsidR="00095534" w:rsidRDefault="00255584">
            <w:pPr>
              <w:spacing w:before="20" w:after="20"/>
            </w:pPr>
            <w:r>
              <w:rPr>
                <w:b/>
              </w:rPr>
              <w:t>Awarding organization</w:t>
            </w:r>
          </w:p>
        </w:tc>
        <w:tc>
          <w:tcPr>
            <w:tcW w:w="2903"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18BA6F92" w14:textId="77777777" w:rsidR="00095534" w:rsidRDefault="00255584">
            <w:pPr>
              <w:spacing w:before="20" w:after="20"/>
            </w:pPr>
            <w:r>
              <w:rPr>
                <w:b/>
              </w:rPr>
              <w:t>Award or honor</w:t>
            </w:r>
          </w:p>
        </w:tc>
        <w:tc>
          <w:tcPr>
            <w:tcW w:w="2401"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4356FE71" w14:textId="77777777" w:rsidR="00095534" w:rsidRDefault="00255584">
            <w:pPr>
              <w:spacing w:before="20" w:after="20"/>
            </w:pPr>
            <w:r>
              <w:rPr>
                <w:b/>
              </w:rPr>
              <w:t>Date</w:t>
            </w:r>
          </w:p>
        </w:tc>
        <w:tc>
          <w:tcPr>
            <w:tcW w:w="1719"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7B6C1D0C" w14:textId="77777777" w:rsidR="00095534" w:rsidRDefault="00255584">
            <w:pPr>
              <w:spacing w:before="20" w:after="20"/>
            </w:pPr>
            <w:r>
              <w:rPr>
                <w:b/>
              </w:rPr>
              <w:t>Reference number</w:t>
            </w:r>
          </w:p>
        </w:tc>
      </w:tr>
      <w:tr w:rsidR="00095534" w14:paraId="48732B2A"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7EC2BF4C"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1031BC53"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5F127D6A"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63622D5D" w14:textId="77777777" w:rsidR="00095534" w:rsidRDefault="00095534">
            <w:pPr>
              <w:spacing w:before="20" w:after="20"/>
            </w:pPr>
          </w:p>
        </w:tc>
      </w:tr>
      <w:tr w:rsidR="00095534" w14:paraId="63AA4E76"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54BD70F"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49860409"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35559FD7"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30E1DB64" w14:textId="77777777" w:rsidR="00095534" w:rsidRDefault="00095534">
            <w:pPr>
              <w:spacing w:before="20" w:after="20"/>
            </w:pPr>
          </w:p>
        </w:tc>
      </w:tr>
      <w:tr w:rsidR="00095534" w14:paraId="41980129"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790FB7B"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300C65C4"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66A8E000"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77A64AFF" w14:textId="77777777" w:rsidR="00095534" w:rsidRDefault="00095534">
            <w:pPr>
              <w:spacing w:before="20" w:after="20"/>
            </w:pPr>
          </w:p>
        </w:tc>
      </w:tr>
      <w:tr w:rsidR="00095534" w14:paraId="477DECC3"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7F716AB7"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3D17F31B"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5AD619C4"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62A74E91" w14:textId="77777777" w:rsidR="00095534" w:rsidRDefault="00095534">
            <w:pPr>
              <w:spacing w:before="20" w:after="20"/>
            </w:pPr>
          </w:p>
        </w:tc>
      </w:tr>
      <w:tr w:rsidR="00095534" w14:paraId="6ADAD879"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44F0D7BF"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66918B3B"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78975642"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60D51D88" w14:textId="77777777" w:rsidR="00095534" w:rsidRDefault="00095534">
            <w:pPr>
              <w:spacing w:before="20" w:after="20"/>
            </w:pPr>
          </w:p>
        </w:tc>
      </w:tr>
      <w:tr w:rsidR="00095534" w14:paraId="2FAE7812"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68AF93A3"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32BFD3D2"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042DDF95"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6EE704C2" w14:textId="77777777" w:rsidR="00095534" w:rsidRDefault="00095534">
            <w:pPr>
              <w:spacing w:before="20" w:after="20"/>
            </w:pPr>
          </w:p>
        </w:tc>
      </w:tr>
      <w:tr w:rsidR="00095534" w14:paraId="3F3580CD"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53410C1A"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017A18D1"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4416B576"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363C37CD" w14:textId="77777777" w:rsidR="00095534" w:rsidRDefault="00095534">
            <w:pPr>
              <w:spacing w:before="20" w:after="20"/>
            </w:pPr>
          </w:p>
        </w:tc>
      </w:tr>
      <w:tr w:rsidR="00095534" w14:paraId="5AD35B10"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29AFD56"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0EF57CF3"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7AC72C4D"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45FB7564" w14:textId="77777777" w:rsidR="00095534" w:rsidRDefault="00095534">
            <w:pPr>
              <w:spacing w:before="20" w:after="20"/>
            </w:pPr>
          </w:p>
        </w:tc>
      </w:tr>
      <w:tr w:rsidR="00095534" w14:paraId="74501CB5"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79595791"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73813EF2"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4058D20F"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2A7F64F0" w14:textId="77777777" w:rsidR="00095534" w:rsidRDefault="00095534">
            <w:pPr>
              <w:spacing w:before="20" w:after="20"/>
            </w:pPr>
          </w:p>
        </w:tc>
      </w:tr>
      <w:tr w:rsidR="00095534" w14:paraId="7776AE12"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406A3D92"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46C8E095"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235C861A"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2F916259" w14:textId="77777777" w:rsidR="00095534" w:rsidRDefault="00095534">
            <w:pPr>
              <w:spacing w:before="20" w:after="20"/>
            </w:pPr>
          </w:p>
        </w:tc>
      </w:tr>
      <w:tr w:rsidR="00095534" w14:paraId="3E3B7DC5"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F00DC28"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7F0AA87E"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56EEF24B"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27D1FF4A" w14:textId="77777777" w:rsidR="00095534" w:rsidRDefault="00095534">
            <w:pPr>
              <w:spacing w:before="20" w:after="20"/>
            </w:pPr>
          </w:p>
        </w:tc>
      </w:tr>
      <w:tr w:rsidR="00095534" w14:paraId="3EB2FFB0"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B54B7C6"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4C1AEC2A"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3FE2DACE"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7CF0D89D" w14:textId="77777777" w:rsidR="00095534" w:rsidRDefault="00095534">
            <w:pPr>
              <w:spacing w:before="20" w:after="20"/>
            </w:pPr>
          </w:p>
        </w:tc>
      </w:tr>
      <w:tr w:rsidR="00095534" w14:paraId="0E025529"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7407D821"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6BFB57FB"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246B2AE7"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3E5996FE" w14:textId="77777777" w:rsidR="00095534" w:rsidRDefault="00095534">
            <w:pPr>
              <w:spacing w:before="20" w:after="20"/>
            </w:pPr>
          </w:p>
        </w:tc>
      </w:tr>
      <w:tr w:rsidR="00095534" w14:paraId="2DB18486"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A89B2EE"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5FA20E4E"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670BA8DD"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455A2105" w14:textId="77777777" w:rsidR="00095534" w:rsidRDefault="00095534">
            <w:pPr>
              <w:spacing w:before="20" w:after="20"/>
            </w:pPr>
          </w:p>
        </w:tc>
      </w:tr>
      <w:tr w:rsidR="00095534" w14:paraId="32EC8F2E"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0E35DC01"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4345C53D"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66AC9BCF"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06E24E90" w14:textId="77777777" w:rsidR="00095534" w:rsidRDefault="00095534">
            <w:pPr>
              <w:spacing w:before="20" w:after="20"/>
            </w:pPr>
          </w:p>
        </w:tc>
      </w:tr>
      <w:tr w:rsidR="00095534" w14:paraId="29B16A42"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383D9946"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2E2DE9CC"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326F0902"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68B959A8" w14:textId="77777777" w:rsidR="00095534" w:rsidRDefault="00095534">
            <w:pPr>
              <w:spacing w:before="20" w:after="20"/>
            </w:pPr>
          </w:p>
        </w:tc>
      </w:tr>
      <w:tr w:rsidR="00095534" w14:paraId="1349F47E" w14:textId="77777777" w:rsidTr="00B82520">
        <w:trPr>
          <w:trHeight w:val="518"/>
        </w:trPr>
        <w:tc>
          <w:tcPr>
            <w:tcW w:w="2592" w:type="dxa"/>
            <w:tcBorders>
              <w:top w:val="single" w:sz="4" w:space="0" w:color="D9D9D9"/>
              <w:left w:val="single" w:sz="4" w:space="0" w:color="D9D9D9"/>
              <w:bottom w:val="single" w:sz="4" w:space="0" w:color="D9D9D9"/>
              <w:right w:val="single" w:sz="4" w:space="0" w:color="D9D9D9"/>
            </w:tcBorders>
            <w:vAlign w:val="center"/>
          </w:tcPr>
          <w:p w14:paraId="164632DB" w14:textId="77777777" w:rsidR="00095534" w:rsidRDefault="00095534">
            <w:pPr>
              <w:spacing w:before="20" w:after="20"/>
            </w:pPr>
          </w:p>
        </w:tc>
        <w:tc>
          <w:tcPr>
            <w:tcW w:w="2903" w:type="dxa"/>
            <w:tcBorders>
              <w:top w:val="single" w:sz="4" w:space="0" w:color="D9D9D9"/>
              <w:left w:val="single" w:sz="4" w:space="0" w:color="D9D9D9"/>
              <w:bottom w:val="single" w:sz="4" w:space="0" w:color="D9D9D9"/>
              <w:right w:val="single" w:sz="4" w:space="0" w:color="D9D9D9"/>
            </w:tcBorders>
            <w:vAlign w:val="center"/>
          </w:tcPr>
          <w:p w14:paraId="1E19BCF9" w14:textId="77777777" w:rsidR="00095534" w:rsidRDefault="00095534">
            <w:pPr>
              <w:spacing w:before="20" w:after="20"/>
            </w:pPr>
          </w:p>
        </w:tc>
        <w:tc>
          <w:tcPr>
            <w:tcW w:w="2401" w:type="dxa"/>
            <w:tcBorders>
              <w:top w:val="single" w:sz="4" w:space="0" w:color="D9D9D9"/>
              <w:left w:val="single" w:sz="4" w:space="0" w:color="D9D9D9"/>
              <w:bottom w:val="single" w:sz="4" w:space="0" w:color="D9D9D9"/>
              <w:right w:val="single" w:sz="4" w:space="0" w:color="D9D9D9"/>
            </w:tcBorders>
            <w:vAlign w:val="center"/>
          </w:tcPr>
          <w:p w14:paraId="5C7365E3" w14:textId="77777777" w:rsidR="00095534" w:rsidRDefault="00095534">
            <w:pPr>
              <w:spacing w:before="20" w:after="20"/>
            </w:pPr>
          </w:p>
        </w:tc>
        <w:tc>
          <w:tcPr>
            <w:tcW w:w="1719" w:type="dxa"/>
            <w:tcBorders>
              <w:top w:val="single" w:sz="4" w:space="0" w:color="D9D9D9"/>
              <w:left w:val="single" w:sz="4" w:space="0" w:color="D9D9D9"/>
              <w:bottom w:val="single" w:sz="4" w:space="0" w:color="D9D9D9"/>
              <w:right w:val="single" w:sz="4" w:space="0" w:color="D9D9D9"/>
            </w:tcBorders>
            <w:vAlign w:val="center"/>
          </w:tcPr>
          <w:p w14:paraId="52188F9A" w14:textId="77777777" w:rsidR="00095534" w:rsidRDefault="00095534">
            <w:pPr>
              <w:spacing w:before="20" w:after="20"/>
            </w:pPr>
          </w:p>
        </w:tc>
      </w:tr>
    </w:tbl>
    <w:p w14:paraId="17354EAE" w14:textId="77777777" w:rsidR="00095534" w:rsidRDefault="00255584">
      <w:r>
        <w:br w:type="page"/>
      </w:r>
    </w:p>
    <w:p w14:paraId="731838EF" w14:textId="77777777" w:rsidR="00095534" w:rsidRDefault="00255584">
      <w:pPr>
        <w:pStyle w:val="1"/>
      </w:pPr>
      <w:r>
        <w:lastRenderedPageBreak/>
        <w:t>4  Publications Works and Inventions</w:t>
      </w:r>
    </w:p>
    <w:p w14:paraId="034D0CDC" w14:textId="77777777" w:rsidR="00095534" w:rsidRDefault="00255584">
      <w:r>
        <w:t>1. Provide a detailed list of your scholarly publications, including journal articles, books and book chapters, conference papers, technical reports, and other publications. Group entries by category in the order listed above, and indicate their relative importance.</w:t>
      </w:r>
    </w:p>
    <w:p w14:paraId="3DF2F3EB" w14:textId="77777777" w:rsidR="00095534" w:rsidRDefault="00255584">
      <w:r>
        <w:t>2. Within each category, list publications in chronological order. Each entry should include authors in the order shown in the original publication, publication year and month, title, journal name or book publisher, and page range.</w:t>
      </w:r>
    </w:p>
    <w:p w14:paraId="2C84475B" w14:textId="77777777" w:rsidR="00095534" w:rsidRDefault="00255584">
      <w:r>
        <w:t>3. Other works and inventions.</w:t>
      </w:r>
    </w:p>
    <w:p w14:paraId="69B23563" w14:textId="77777777" w:rsidR="00095534" w:rsidRDefault="00255584">
      <w:pPr>
        <w:pStyle w:val="21"/>
      </w:pPr>
      <w:r>
        <w:t>Journal Articles</w:t>
      </w:r>
    </w:p>
    <w:p w14:paraId="74B7142B" w14:textId="77777777" w:rsidR="00095534" w:rsidRDefault="00255584">
      <w:r>
        <w:br/>
      </w:r>
    </w:p>
    <w:p w14:paraId="2E8DA378" w14:textId="77777777" w:rsidR="00095534" w:rsidRDefault="00255584">
      <w:pPr>
        <w:pStyle w:val="21"/>
      </w:pPr>
      <w:r>
        <w:t>Books and Book Chapters</w:t>
      </w:r>
    </w:p>
    <w:p w14:paraId="0AC4F12A" w14:textId="77777777" w:rsidR="00095534" w:rsidRDefault="00255584">
      <w:r>
        <w:br/>
      </w:r>
    </w:p>
    <w:p w14:paraId="40647F12" w14:textId="77777777" w:rsidR="00095534" w:rsidRDefault="00255584">
      <w:pPr>
        <w:pStyle w:val="21"/>
      </w:pPr>
      <w:r>
        <w:t>Conference Papers</w:t>
      </w:r>
    </w:p>
    <w:p w14:paraId="6A6BB2D3" w14:textId="77777777" w:rsidR="00095534" w:rsidRDefault="00255584">
      <w:r>
        <w:br/>
      </w:r>
    </w:p>
    <w:p w14:paraId="40B827F6" w14:textId="77777777" w:rsidR="00095534" w:rsidRDefault="00255584">
      <w:pPr>
        <w:pStyle w:val="21"/>
      </w:pPr>
      <w:r>
        <w:t>Technical Reports</w:t>
      </w:r>
    </w:p>
    <w:p w14:paraId="73E1E400" w14:textId="77777777" w:rsidR="00095534" w:rsidRDefault="00255584">
      <w:r>
        <w:br/>
      </w:r>
    </w:p>
    <w:p w14:paraId="3BF4D9D3" w14:textId="77777777" w:rsidR="00095534" w:rsidRDefault="00255584">
      <w:pPr>
        <w:pStyle w:val="21"/>
      </w:pPr>
      <w:r>
        <w:t>Other Publications Works and Inventions</w:t>
      </w:r>
    </w:p>
    <w:p w14:paraId="3B553703" w14:textId="77777777" w:rsidR="00095534" w:rsidRDefault="00255584">
      <w:r>
        <w:br/>
      </w:r>
    </w:p>
    <w:sectPr w:rsidR="00095534" w:rsidSect="00034616">
      <w:footerReference w:type="default" r:id="rId8"/>
      <w:pgSz w:w="11909" w:h="16834"/>
      <w:pgMar w:top="648" w:right="1152" w:bottom="64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83772" w14:textId="77777777" w:rsidR="004931BA" w:rsidRDefault="004931BA">
      <w:pPr>
        <w:spacing w:after="0" w:line="240" w:lineRule="auto"/>
      </w:pPr>
      <w:r>
        <w:separator/>
      </w:r>
    </w:p>
  </w:endnote>
  <w:endnote w:type="continuationSeparator" w:id="0">
    <w:p w14:paraId="17F0AE50" w14:textId="77777777" w:rsidR="004931BA" w:rsidRDefault="00493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6B23" w14:textId="77777777" w:rsidR="00095534" w:rsidRDefault="00255584">
    <w:pPr>
      <w:pStyle w:val="a7"/>
      <w:jc w:val="center"/>
    </w:pPr>
    <w:r>
      <w:fldChar w:fldCharType="begin"/>
    </w:r>
    <w:r>
      <w:instrText>PAGE</w:instrText>
    </w:r>
    <w:r>
      <w:fldChar w:fldCharType="separate"/>
    </w:r>
    <w:r w:rsidR="00B8252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A548A" w14:textId="77777777" w:rsidR="004931BA" w:rsidRDefault="004931BA">
      <w:pPr>
        <w:spacing w:after="0" w:line="240" w:lineRule="auto"/>
      </w:pPr>
      <w:r>
        <w:separator/>
      </w:r>
    </w:p>
  </w:footnote>
  <w:footnote w:type="continuationSeparator" w:id="0">
    <w:p w14:paraId="53E69338" w14:textId="77777777" w:rsidR="004931BA" w:rsidRDefault="004931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72675383">
    <w:abstractNumId w:val="8"/>
  </w:num>
  <w:num w:numId="2" w16cid:durableId="22173415">
    <w:abstractNumId w:val="6"/>
  </w:num>
  <w:num w:numId="3" w16cid:durableId="1633242960">
    <w:abstractNumId w:val="5"/>
  </w:num>
  <w:num w:numId="4" w16cid:durableId="1324775418">
    <w:abstractNumId w:val="4"/>
  </w:num>
  <w:num w:numId="5" w16cid:durableId="1696149796">
    <w:abstractNumId w:val="7"/>
  </w:num>
  <w:num w:numId="6" w16cid:durableId="351805543">
    <w:abstractNumId w:val="3"/>
  </w:num>
  <w:num w:numId="7" w16cid:durableId="1477454529">
    <w:abstractNumId w:val="2"/>
  </w:num>
  <w:num w:numId="8" w16cid:durableId="1198155617">
    <w:abstractNumId w:val="1"/>
  </w:num>
  <w:num w:numId="9" w16cid:durableId="340664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534"/>
    <w:rsid w:val="0015074B"/>
    <w:rsid w:val="00255584"/>
    <w:rsid w:val="0029639D"/>
    <w:rsid w:val="00326F90"/>
    <w:rsid w:val="004931BA"/>
    <w:rsid w:val="006E4A59"/>
    <w:rsid w:val="00AA1D8D"/>
    <w:rsid w:val="00B47730"/>
    <w:rsid w:val="00B82520"/>
    <w:rsid w:val="00CB0664"/>
    <w:rsid w:val="00D169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88FC9E"/>
  <w14:defaultImageDpi w14:val="300"/>
  <w15:docId w15:val="{E7BF9D4E-B855-401B-81A9-C08198A7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pPr>
    <w:rPr>
      <w:rFonts w:ascii="Arial" w:hAnsi="Arial"/>
      <w:color w:val="000000"/>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D271D-6552-49CA-AECB-F91DFCF74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AS-MD780</cp:lastModifiedBy>
  <cp:revision>2</cp:revision>
  <dcterms:created xsi:type="dcterms:W3CDTF">2026-10-07T05:39:00Z</dcterms:created>
  <dcterms:modified xsi:type="dcterms:W3CDTF">2026-10-07T05:39:00Z</dcterms:modified>
  <cp:category/>
</cp:coreProperties>
</file>